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BEA8A" w14:textId="4CEE66C8" w:rsidR="005F0EDF" w:rsidRDefault="005F0EDF">
      <w:pPr>
        <w:spacing w:after="120"/>
        <w:jc w:val="center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DEAB1EB" wp14:editId="35EA7431">
            <wp:simplePos x="0" y="0"/>
            <wp:positionH relativeFrom="margin">
              <wp:posOffset>2029460</wp:posOffset>
            </wp:positionH>
            <wp:positionV relativeFrom="paragraph">
              <wp:posOffset>5715</wp:posOffset>
            </wp:positionV>
            <wp:extent cx="5067935" cy="1304290"/>
            <wp:effectExtent l="0" t="0" r="0" b="0"/>
            <wp:wrapTight wrapText="bothSides">
              <wp:wrapPolygon edited="0">
                <wp:start x="0" y="0"/>
                <wp:lineTo x="0" y="21137"/>
                <wp:lineTo x="21516" y="21137"/>
                <wp:lineTo x="21516" y="0"/>
                <wp:lineTo x="0" y="0"/>
              </wp:wrapPolygon>
            </wp:wrapTight>
            <wp:docPr id="831577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577751" name="Picture 8315777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E90F0" w14:textId="40EC8671" w:rsidR="00CB3976" w:rsidRDefault="00CB3976">
      <w:pPr>
        <w:spacing w:after="120"/>
        <w:jc w:val="center"/>
      </w:pPr>
    </w:p>
    <w:p w14:paraId="3641877A" w14:textId="77777777" w:rsidR="006108C6" w:rsidRDefault="006108C6">
      <w:pPr>
        <w:spacing w:after="480"/>
        <w:jc w:val="center"/>
        <w:rPr>
          <w:rFonts w:ascii="Arial" w:hAnsi="Arial"/>
          <w:i/>
          <w:color w:val="555555"/>
          <w:sz w:val="26"/>
        </w:rPr>
      </w:pPr>
    </w:p>
    <w:p w14:paraId="55CF4B65" w14:textId="77777777" w:rsidR="005F0EDF" w:rsidRDefault="005F0EDF" w:rsidP="006108C6">
      <w:pPr>
        <w:spacing w:after="480"/>
        <w:jc w:val="center"/>
        <w:rPr>
          <w:rFonts w:ascii="Arial" w:hAnsi="Arial"/>
          <w:i/>
          <w:color w:val="555555"/>
          <w:sz w:val="26"/>
        </w:rPr>
      </w:pPr>
    </w:p>
    <w:p w14:paraId="50BB3F5F" w14:textId="771218FA" w:rsidR="00CB3976" w:rsidRPr="00CC4B17" w:rsidRDefault="006108C6" w:rsidP="005F0EDF">
      <w:pPr>
        <w:spacing w:after="480"/>
        <w:jc w:val="center"/>
        <w:rPr>
          <w:rFonts w:ascii="Arial" w:hAnsi="Arial"/>
          <w:b/>
          <w:bCs/>
          <w:i/>
          <w:color w:val="555555"/>
          <w:sz w:val="26"/>
        </w:rPr>
      </w:pPr>
      <w:proofErr w:type="spellStart"/>
      <w:r w:rsidRPr="00CC4B17">
        <w:rPr>
          <w:rFonts w:ascii="Arial" w:hAnsi="Arial"/>
          <w:b/>
          <w:bCs/>
          <w:i/>
          <w:color w:val="555555"/>
          <w:sz w:val="26"/>
        </w:rPr>
        <w:t>Organisational</w:t>
      </w:r>
      <w:proofErr w:type="spellEnd"/>
      <w:r w:rsidRPr="00CC4B17">
        <w:rPr>
          <w:rFonts w:ascii="Arial" w:hAnsi="Arial"/>
          <w:b/>
          <w:bCs/>
          <w:i/>
          <w:color w:val="555555"/>
          <w:sz w:val="26"/>
        </w:rPr>
        <w:t xml:space="preserve"> Structure </w:t>
      </w:r>
      <w:r w:rsidRPr="00CC4B17">
        <w:rPr>
          <w:rFonts w:ascii="Arial" w:hAnsi="Arial"/>
          <w:b/>
          <w:bCs/>
          <w:i/>
          <w:color w:val="555555"/>
          <w:sz w:val="26"/>
        </w:rPr>
        <w:t>&amp; Tea</w:t>
      </w:r>
      <w:r w:rsidR="005F0EDF" w:rsidRPr="00CC4B17">
        <w:rPr>
          <w:rFonts w:ascii="Arial" w:hAnsi="Arial"/>
          <w:b/>
          <w:bCs/>
          <w:i/>
          <w:color w:val="555555"/>
          <w:sz w:val="26"/>
        </w:rPr>
        <w:t xml:space="preserve">m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0"/>
        <w:gridCol w:w="6480"/>
      </w:tblGrid>
      <w:tr w:rsidR="00CB3976" w14:paraId="0C75036D" w14:textId="77777777">
        <w:trPr>
          <w:jc w:val="center"/>
        </w:trPr>
        <w:tc>
          <w:tcPr>
            <w:tcW w:w="6480" w:type="dxa"/>
          </w:tcPr>
          <w:p w14:paraId="3A7B06D7" w14:textId="77777777" w:rsidR="00CB3976" w:rsidRDefault="00546E9A">
            <w:pPr>
              <w:spacing w:after="280"/>
              <w:jc w:val="center"/>
            </w:pPr>
            <w:r>
              <w:rPr>
                <w:rFonts w:ascii="Arial" w:hAnsi="Arial"/>
                <w:b/>
                <w:color w:val="2D6A4F"/>
                <w:sz w:val="28"/>
              </w:rPr>
              <w:t>TRUSTEES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472"/>
            </w:tblGrid>
            <w:tr w:rsidR="00CB3976" w14:paraId="1C38CEDC" w14:textId="77777777">
              <w:trPr>
                <w:jc w:val="center"/>
              </w:trPr>
              <w:tc>
                <w:tcPr>
                  <w:tcW w:w="5472" w:type="dxa"/>
                  <w:tcBorders>
                    <w:top w:val="single" w:sz="6" w:space="0" w:color="A3B19B"/>
                    <w:left w:val="single" w:sz="6" w:space="0" w:color="A3B19B"/>
                    <w:bottom w:val="single" w:sz="6" w:space="0" w:color="A3B19B"/>
                    <w:right w:val="single" w:sz="6" w:space="0" w:color="A3B19B"/>
                  </w:tcBorders>
                  <w:shd w:val="clear" w:color="auto" w:fill="F4F9F4"/>
                </w:tcPr>
                <w:p w14:paraId="1CC22C17" w14:textId="77777777" w:rsidR="00CB3976" w:rsidRDefault="00546E9A">
                  <w:pPr>
                    <w:spacing w:before="120" w:after="40"/>
                    <w:jc w:val="center"/>
                  </w:pPr>
                  <w:r>
                    <w:rPr>
                      <w:rFonts w:ascii="Arial" w:hAnsi="Arial"/>
                      <w:b/>
                      <w:color w:val="1B4332"/>
                    </w:rPr>
                    <w:t>Denise Prothero</w:t>
                  </w:r>
                </w:p>
                <w:p w14:paraId="60223ADB" w14:textId="77777777" w:rsidR="00CB3976" w:rsidRDefault="00546E9A">
                  <w:pPr>
                    <w:spacing w:after="120"/>
                    <w:jc w:val="center"/>
                  </w:pPr>
                  <w:r>
                    <w:rPr>
                      <w:rFonts w:ascii="Arial" w:hAnsi="Arial"/>
                      <w:color w:val="40916C"/>
                      <w:sz w:val="20"/>
                    </w:rPr>
                    <w:t>Chairperson</w:t>
                  </w:r>
                </w:p>
              </w:tc>
            </w:tr>
          </w:tbl>
          <w:p w14:paraId="4A648598" w14:textId="77777777" w:rsidR="00CB3976" w:rsidRDefault="00CB3976"/>
          <w:p w14:paraId="0D65F07D" w14:textId="77777777" w:rsidR="00CB3976" w:rsidRDefault="00546E9A">
            <w:pPr>
              <w:spacing w:before="80" w:after="80"/>
              <w:jc w:val="center"/>
            </w:pPr>
            <w:r>
              <w:rPr>
                <w:rFonts w:ascii="Arial" w:hAnsi="Arial"/>
                <w:color w:val="999999"/>
                <w:sz w:val="20"/>
              </w:rPr>
              <w:t>▼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472"/>
            </w:tblGrid>
            <w:tr w:rsidR="00CB3976" w14:paraId="2F6119A3" w14:textId="77777777">
              <w:trPr>
                <w:jc w:val="center"/>
              </w:trPr>
              <w:tc>
                <w:tcPr>
                  <w:tcW w:w="5472" w:type="dxa"/>
                  <w:tcBorders>
                    <w:top w:val="single" w:sz="6" w:space="0" w:color="A3B19B"/>
                    <w:left w:val="single" w:sz="6" w:space="0" w:color="A3B19B"/>
                    <w:bottom w:val="single" w:sz="6" w:space="0" w:color="A3B19B"/>
                    <w:right w:val="single" w:sz="6" w:space="0" w:color="A3B19B"/>
                  </w:tcBorders>
                  <w:shd w:val="clear" w:color="auto" w:fill="F4F9F4"/>
                </w:tcPr>
                <w:p w14:paraId="1AC79DD7" w14:textId="77777777" w:rsidR="00CB3976" w:rsidRDefault="00546E9A">
                  <w:pPr>
                    <w:spacing w:before="120" w:after="40"/>
                    <w:jc w:val="center"/>
                  </w:pPr>
                  <w:r>
                    <w:rPr>
                      <w:rFonts w:ascii="Arial" w:hAnsi="Arial"/>
                      <w:b/>
                      <w:color w:val="1B4332"/>
                    </w:rPr>
                    <w:t>Jacqui Carwardine</w:t>
                  </w:r>
                </w:p>
                <w:p w14:paraId="76FEFDF2" w14:textId="77777777" w:rsidR="00CB3976" w:rsidRDefault="00546E9A">
                  <w:pPr>
                    <w:spacing w:after="120"/>
                    <w:jc w:val="center"/>
                  </w:pPr>
                  <w:r>
                    <w:rPr>
                      <w:rFonts w:ascii="Arial" w:hAnsi="Arial"/>
                      <w:color w:val="40916C"/>
                      <w:sz w:val="20"/>
                    </w:rPr>
                    <w:t>Vice Chair</w:t>
                  </w:r>
                </w:p>
              </w:tc>
            </w:tr>
          </w:tbl>
          <w:p w14:paraId="3B214B45" w14:textId="77777777" w:rsidR="00CB3976" w:rsidRDefault="00CB3976"/>
          <w:p w14:paraId="075173BB" w14:textId="77777777" w:rsidR="00CB3976" w:rsidRDefault="00546E9A">
            <w:pPr>
              <w:spacing w:before="80" w:after="80"/>
              <w:jc w:val="center"/>
            </w:pPr>
            <w:r>
              <w:rPr>
                <w:rFonts w:ascii="Arial" w:hAnsi="Arial"/>
                <w:color w:val="999999"/>
                <w:sz w:val="20"/>
              </w:rPr>
              <w:t>▼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472"/>
            </w:tblGrid>
            <w:tr w:rsidR="00CB3976" w14:paraId="5E9DA579" w14:textId="77777777">
              <w:trPr>
                <w:jc w:val="center"/>
              </w:trPr>
              <w:tc>
                <w:tcPr>
                  <w:tcW w:w="5472" w:type="dxa"/>
                  <w:tcBorders>
                    <w:top w:val="single" w:sz="6" w:space="0" w:color="A3B19B"/>
                    <w:left w:val="single" w:sz="6" w:space="0" w:color="A3B19B"/>
                    <w:bottom w:val="single" w:sz="6" w:space="0" w:color="A3B19B"/>
                    <w:right w:val="single" w:sz="6" w:space="0" w:color="A3B19B"/>
                  </w:tcBorders>
                  <w:shd w:val="clear" w:color="auto" w:fill="F4F9F4"/>
                </w:tcPr>
                <w:p w14:paraId="5AD1825B" w14:textId="77777777" w:rsidR="00CB3976" w:rsidRDefault="00546E9A">
                  <w:pPr>
                    <w:spacing w:before="120" w:after="40"/>
                    <w:jc w:val="center"/>
                  </w:pPr>
                  <w:r>
                    <w:rPr>
                      <w:rFonts w:ascii="Arial" w:hAnsi="Arial"/>
                      <w:b/>
                      <w:color w:val="1B4332"/>
                    </w:rPr>
                    <w:t>Annette Prothero</w:t>
                  </w:r>
                </w:p>
                <w:p w14:paraId="3282CA74" w14:textId="77777777" w:rsidR="00CB3976" w:rsidRDefault="00546E9A">
                  <w:pPr>
                    <w:spacing w:after="120"/>
                    <w:jc w:val="center"/>
                  </w:pPr>
                  <w:r>
                    <w:rPr>
                      <w:rFonts w:ascii="Arial" w:hAnsi="Arial"/>
                      <w:color w:val="40916C"/>
                      <w:sz w:val="20"/>
                    </w:rPr>
                    <w:t>Secretary</w:t>
                  </w:r>
                </w:p>
              </w:tc>
            </w:tr>
          </w:tbl>
          <w:p w14:paraId="60E1EAEC" w14:textId="77777777" w:rsidR="00CB3976" w:rsidRDefault="00CB3976"/>
          <w:p w14:paraId="55FE4303" w14:textId="77777777" w:rsidR="00CB3976" w:rsidRDefault="00546E9A">
            <w:pPr>
              <w:spacing w:before="80" w:after="80"/>
              <w:jc w:val="center"/>
            </w:pPr>
            <w:r>
              <w:rPr>
                <w:rFonts w:ascii="Arial" w:hAnsi="Arial"/>
                <w:color w:val="999999"/>
                <w:sz w:val="20"/>
              </w:rPr>
              <w:t>▼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472"/>
            </w:tblGrid>
            <w:tr w:rsidR="00CB3976" w14:paraId="18D7AD06" w14:textId="77777777">
              <w:trPr>
                <w:jc w:val="center"/>
              </w:trPr>
              <w:tc>
                <w:tcPr>
                  <w:tcW w:w="5472" w:type="dxa"/>
                  <w:tcBorders>
                    <w:top w:val="single" w:sz="6" w:space="0" w:color="A3B19B"/>
                    <w:left w:val="single" w:sz="6" w:space="0" w:color="A3B19B"/>
                    <w:bottom w:val="single" w:sz="6" w:space="0" w:color="A3B19B"/>
                    <w:right w:val="single" w:sz="6" w:space="0" w:color="A3B19B"/>
                  </w:tcBorders>
                  <w:shd w:val="clear" w:color="auto" w:fill="F4F9F4"/>
                </w:tcPr>
                <w:p w14:paraId="165DBDC8" w14:textId="77777777" w:rsidR="00CB3976" w:rsidRDefault="00546E9A">
                  <w:pPr>
                    <w:spacing w:before="120" w:after="40"/>
                    <w:jc w:val="center"/>
                  </w:pPr>
                  <w:r>
                    <w:rPr>
                      <w:rFonts w:ascii="Arial" w:hAnsi="Arial"/>
                      <w:b/>
                      <w:color w:val="1B4332"/>
                    </w:rPr>
                    <w:t>Jo Fields</w:t>
                  </w:r>
                </w:p>
                <w:p w14:paraId="25466684" w14:textId="77777777" w:rsidR="00CB3976" w:rsidRDefault="00546E9A">
                  <w:pPr>
                    <w:spacing w:after="120"/>
                    <w:jc w:val="center"/>
                  </w:pPr>
                  <w:r>
                    <w:rPr>
                      <w:rFonts w:ascii="Arial" w:hAnsi="Arial"/>
                      <w:color w:val="40916C"/>
                      <w:sz w:val="20"/>
                    </w:rPr>
                    <w:t>Treasurer</w:t>
                  </w:r>
                </w:p>
              </w:tc>
            </w:tr>
          </w:tbl>
          <w:p w14:paraId="25157534" w14:textId="77777777" w:rsidR="00CB3976" w:rsidRDefault="00CB3976"/>
        </w:tc>
        <w:tc>
          <w:tcPr>
            <w:tcW w:w="6480" w:type="dxa"/>
          </w:tcPr>
          <w:p w14:paraId="433E244E" w14:textId="77777777" w:rsidR="00CB3976" w:rsidRDefault="00546E9A">
            <w:pPr>
              <w:spacing w:after="280"/>
              <w:jc w:val="center"/>
            </w:pPr>
            <w:r>
              <w:rPr>
                <w:rFonts w:ascii="Arial" w:hAnsi="Arial"/>
                <w:b/>
                <w:color w:val="2D6A4F"/>
                <w:sz w:val="28"/>
              </w:rPr>
              <w:t>OPERATIONS TEAM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472"/>
            </w:tblGrid>
            <w:tr w:rsidR="00CB3976" w14:paraId="52551C66" w14:textId="77777777">
              <w:trPr>
                <w:jc w:val="center"/>
              </w:trPr>
              <w:tc>
                <w:tcPr>
                  <w:tcW w:w="5472" w:type="dxa"/>
                  <w:tcBorders>
                    <w:top w:val="single" w:sz="6" w:space="0" w:color="B0C4DE"/>
                    <w:left w:val="single" w:sz="6" w:space="0" w:color="B0C4DE"/>
                    <w:bottom w:val="single" w:sz="6" w:space="0" w:color="B0C4DE"/>
                    <w:right w:val="single" w:sz="6" w:space="0" w:color="B0C4DE"/>
                  </w:tcBorders>
                  <w:shd w:val="clear" w:color="auto" w:fill="EDF2FB"/>
                </w:tcPr>
                <w:p w14:paraId="4203AB10" w14:textId="77777777" w:rsidR="00CB3976" w:rsidRDefault="00546E9A">
                  <w:pPr>
                    <w:spacing w:before="120" w:after="40"/>
                    <w:jc w:val="center"/>
                  </w:pPr>
                  <w:r>
                    <w:rPr>
                      <w:rFonts w:ascii="Arial" w:hAnsi="Arial"/>
                      <w:b/>
                      <w:color w:val="03045E"/>
                    </w:rPr>
                    <w:t>Nicola Addis</w:t>
                  </w:r>
                </w:p>
                <w:p w14:paraId="21C65FC7" w14:textId="77777777" w:rsidR="00CB3976" w:rsidRDefault="00546E9A">
                  <w:pPr>
                    <w:spacing w:after="120"/>
                    <w:jc w:val="center"/>
                  </w:pPr>
                  <w:r>
                    <w:rPr>
                      <w:rFonts w:ascii="Arial" w:hAnsi="Arial"/>
                      <w:color w:val="0077B6"/>
                      <w:sz w:val="20"/>
                    </w:rPr>
                    <w:t>Centre Manager</w:t>
                  </w:r>
                </w:p>
              </w:tc>
            </w:tr>
          </w:tbl>
          <w:p w14:paraId="262F5D5B" w14:textId="77777777" w:rsidR="00CB3976" w:rsidRDefault="00CB3976"/>
          <w:p w14:paraId="021D3FE8" w14:textId="77777777" w:rsidR="00CB3976" w:rsidRDefault="00546E9A">
            <w:pPr>
              <w:spacing w:before="80" w:after="80"/>
              <w:jc w:val="center"/>
            </w:pPr>
            <w:r>
              <w:rPr>
                <w:rFonts w:ascii="Arial" w:hAnsi="Arial"/>
                <w:color w:val="999999"/>
                <w:sz w:val="20"/>
              </w:rPr>
              <w:t>▼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240"/>
              <w:gridCol w:w="3240"/>
            </w:tblGrid>
            <w:tr w:rsidR="00CB3976" w14:paraId="159DCA26" w14:textId="77777777">
              <w:trPr>
                <w:jc w:val="center"/>
              </w:trPr>
              <w:tc>
                <w:tcPr>
                  <w:tcW w:w="3240" w:type="dxa"/>
                </w:tcPr>
                <w:p w14:paraId="37296493" w14:textId="77777777" w:rsidR="00CB3976" w:rsidRDefault="00CB3976"/>
                <w:tbl>
                  <w:tblPr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880"/>
                  </w:tblGrid>
                  <w:tr w:rsidR="00CB3976" w14:paraId="5249143F" w14:textId="77777777">
                    <w:trPr>
                      <w:jc w:val="center"/>
                    </w:trPr>
                    <w:tc>
                      <w:tcPr>
                        <w:tcW w:w="2880" w:type="dxa"/>
                        <w:tcBorders>
                          <w:top w:val="single" w:sz="4" w:space="0" w:color="B0C4DE"/>
                          <w:left w:val="single" w:sz="4" w:space="0" w:color="B0C4DE"/>
                          <w:bottom w:val="single" w:sz="4" w:space="0" w:color="B0C4DE"/>
                          <w:right w:val="single" w:sz="4" w:space="0" w:color="B0C4DE"/>
                        </w:tcBorders>
                        <w:shd w:val="clear" w:color="auto" w:fill="EDF2FB"/>
                      </w:tcPr>
                      <w:p w14:paraId="4A042535" w14:textId="77777777" w:rsidR="00CB3976" w:rsidRDefault="00546E9A">
                        <w:pPr>
                          <w:spacing w:before="80" w:after="40"/>
                          <w:jc w:val="center"/>
                        </w:pPr>
                        <w:r>
                          <w:rPr>
                            <w:rFonts w:ascii="Arial" w:hAnsi="Arial"/>
                            <w:b/>
                            <w:color w:val="03045E"/>
                            <w:sz w:val="19"/>
                          </w:rPr>
                          <w:t>Laura Westwood-Hill</w:t>
                        </w:r>
                      </w:p>
                      <w:p w14:paraId="1C144FE0" w14:textId="672A435D" w:rsidR="00CB3976" w:rsidRDefault="00546E9A">
                        <w:pPr>
                          <w:spacing w:after="80"/>
                          <w:jc w:val="center"/>
                        </w:pPr>
                        <w:r>
                          <w:rPr>
                            <w:rFonts w:ascii="Arial" w:hAnsi="Arial"/>
                            <w:color w:val="0077B6"/>
                            <w:sz w:val="17"/>
                          </w:rPr>
                          <w:t>Shop</w:t>
                        </w:r>
                        <w:r w:rsidR="00C22751">
                          <w:rPr>
                            <w:rFonts w:ascii="Arial" w:hAnsi="Arial"/>
                            <w:color w:val="0077B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77B6"/>
                            <w:sz w:val="17"/>
                          </w:rPr>
                          <w:t>&amp; Volunteer</w:t>
                        </w:r>
                        <w:r>
                          <w:rPr>
                            <w:rFonts w:ascii="Arial" w:hAnsi="Arial"/>
                            <w:color w:val="0077B6"/>
                            <w:sz w:val="17"/>
                          </w:rPr>
                          <w:br/>
                          <w:t>Co-</w:t>
                        </w:r>
                        <w:r w:rsidR="00C2650B">
                          <w:rPr>
                            <w:rFonts w:ascii="Arial" w:hAnsi="Arial"/>
                            <w:color w:val="0077B6"/>
                            <w:sz w:val="17"/>
                          </w:rPr>
                          <w:t>Ordinator</w:t>
                        </w:r>
                      </w:p>
                    </w:tc>
                  </w:tr>
                </w:tbl>
                <w:p w14:paraId="589AA6DA" w14:textId="77777777" w:rsidR="00CB3976" w:rsidRDefault="00CB3976"/>
              </w:tc>
              <w:tc>
                <w:tcPr>
                  <w:tcW w:w="3240" w:type="dxa"/>
                </w:tcPr>
                <w:p w14:paraId="3FFFDD99" w14:textId="77777777" w:rsidR="00CB3976" w:rsidRDefault="00CB3976"/>
                <w:tbl>
                  <w:tblPr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880"/>
                  </w:tblGrid>
                  <w:tr w:rsidR="00CB3976" w14:paraId="207E8F5E" w14:textId="77777777">
                    <w:trPr>
                      <w:jc w:val="center"/>
                    </w:trPr>
                    <w:tc>
                      <w:tcPr>
                        <w:tcW w:w="2880" w:type="dxa"/>
                        <w:tcBorders>
                          <w:top w:val="single" w:sz="4" w:space="0" w:color="B0C4DE"/>
                          <w:left w:val="single" w:sz="4" w:space="0" w:color="B0C4DE"/>
                          <w:bottom w:val="single" w:sz="4" w:space="0" w:color="B0C4DE"/>
                          <w:right w:val="single" w:sz="4" w:space="0" w:color="B0C4DE"/>
                        </w:tcBorders>
                        <w:shd w:val="clear" w:color="auto" w:fill="EDF2FB"/>
                      </w:tcPr>
                      <w:p w14:paraId="55E51FB5" w14:textId="77777777" w:rsidR="00CB3976" w:rsidRDefault="00546E9A">
                        <w:pPr>
                          <w:spacing w:before="80" w:after="40"/>
                          <w:jc w:val="center"/>
                        </w:pPr>
                        <w:r>
                          <w:rPr>
                            <w:rFonts w:ascii="Arial" w:hAnsi="Arial"/>
                            <w:b/>
                            <w:color w:val="03045E"/>
                            <w:sz w:val="19"/>
                          </w:rPr>
                          <w:t>Sally Baker</w:t>
                        </w:r>
                      </w:p>
                      <w:p w14:paraId="51FE3686" w14:textId="77777777" w:rsidR="00CB3976" w:rsidRDefault="00546E9A">
                        <w:pPr>
                          <w:spacing w:after="80"/>
                          <w:jc w:val="center"/>
                        </w:pPr>
                        <w:r>
                          <w:rPr>
                            <w:rFonts w:ascii="Arial" w:hAnsi="Arial"/>
                            <w:color w:val="0077B6"/>
                            <w:sz w:val="17"/>
                          </w:rPr>
                          <w:t>CM Assistant</w:t>
                        </w:r>
                        <w:r>
                          <w:rPr>
                            <w:rFonts w:ascii="Arial" w:hAnsi="Arial"/>
                            <w:color w:val="0077B6"/>
                            <w:sz w:val="17"/>
                          </w:rPr>
                          <w:br/>
                          <w:t xml:space="preserve"> </w:t>
                        </w:r>
                      </w:p>
                    </w:tc>
                  </w:tr>
                </w:tbl>
                <w:p w14:paraId="324ED713" w14:textId="77777777" w:rsidR="00CB3976" w:rsidRDefault="00CB3976"/>
              </w:tc>
            </w:tr>
          </w:tbl>
          <w:p w14:paraId="6160C9E7" w14:textId="77777777" w:rsidR="00CB3976" w:rsidRDefault="00CB3976"/>
          <w:p w14:paraId="592E824D" w14:textId="77777777" w:rsidR="00CB3976" w:rsidRDefault="00546E9A">
            <w:pPr>
              <w:spacing w:before="80" w:after="80"/>
              <w:jc w:val="center"/>
            </w:pPr>
            <w:r>
              <w:rPr>
                <w:rFonts w:ascii="Arial" w:hAnsi="Arial"/>
                <w:color w:val="999999"/>
                <w:sz w:val="20"/>
              </w:rPr>
              <w:t>▼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472"/>
            </w:tblGrid>
            <w:tr w:rsidR="00CB3976" w14:paraId="45826A65" w14:textId="77777777">
              <w:trPr>
                <w:jc w:val="center"/>
              </w:trPr>
              <w:tc>
                <w:tcPr>
                  <w:tcW w:w="5472" w:type="dxa"/>
                  <w:tcBorders>
                    <w:top w:val="single" w:sz="6" w:space="0" w:color="D3C2B5"/>
                    <w:left w:val="single" w:sz="6" w:space="0" w:color="D3C2B5"/>
                    <w:bottom w:val="single" w:sz="6" w:space="0" w:color="D3C2B5"/>
                    <w:right w:val="single" w:sz="6" w:space="0" w:color="D3C2B5"/>
                  </w:tcBorders>
                  <w:shd w:val="clear" w:color="auto" w:fill="F2EFE9"/>
                </w:tcPr>
                <w:p w14:paraId="6849A693" w14:textId="77777777" w:rsidR="00CB3976" w:rsidRDefault="00546E9A">
                  <w:pPr>
                    <w:spacing w:before="120" w:after="40"/>
                    <w:jc w:val="center"/>
                  </w:pPr>
                  <w:r>
                    <w:rPr>
                      <w:rFonts w:ascii="Arial" w:hAnsi="Arial"/>
                      <w:b/>
                      <w:color w:val="4A3E3D"/>
                    </w:rPr>
                    <w:t>VOLUNTEERS</w:t>
                  </w:r>
                </w:p>
                <w:p w14:paraId="6C88571A" w14:textId="4069BDD3" w:rsidR="00CB3976" w:rsidRDefault="00CB3976">
                  <w:pPr>
                    <w:spacing w:after="120"/>
                    <w:jc w:val="center"/>
                  </w:pPr>
                </w:p>
              </w:tc>
            </w:tr>
          </w:tbl>
          <w:p w14:paraId="37387889" w14:textId="77777777" w:rsidR="00CB3976" w:rsidRDefault="00CB3976"/>
        </w:tc>
      </w:tr>
    </w:tbl>
    <w:p w14:paraId="73B0F670" w14:textId="365B87A1" w:rsidR="002D674A" w:rsidRPr="00CC4B17" w:rsidRDefault="002D674A" w:rsidP="00782A44">
      <w:pPr>
        <w:jc w:val="center"/>
        <w:rPr>
          <w:sz w:val="20"/>
          <w:szCs w:val="20"/>
        </w:rPr>
      </w:pPr>
      <w:r w:rsidRPr="00CC4B17">
        <w:rPr>
          <w:rFonts w:ascii="Arial" w:hAnsi="Arial"/>
          <w:b/>
          <w:color w:val="1B4332"/>
          <w:sz w:val="20"/>
          <w:szCs w:val="20"/>
        </w:rPr>
        <w:t>Newton Farm Community Associatio</w:t>
      </w:r>
      <w:r w:rsidR="006108C6" w:rsidRPr="00CC4B17">
        <w:rPr>
          <w:rFonts w:ascii="Arial" w:hAnsi="Arial"/>
          <w:b/>
          <w:color w:val="1B4332"/>
          <w:sz w:val="20"/>
          <w:szCs w:val="20"/>
        </w:rPr>
        <w:t>n</w:t>
      </w:r>
      <w:r w:rsidR="00CC4B17">
        <w:rPr>
          <w:rFonts w:ascii="Arial" w:hAnsi="Arial"/>
          <w:b/>
          <w:color w:val="1B4332"/>
          <w:sz w:val="20"/>
          <w:szCs w:val="20"/>
        </w:rPr>
        <w:t xml:space="preserve"> Charity no 1078013</w:t>
      </w:r>
    </w:p>
    <w:sectPr w:rsidR="002D674A" w:rsidRPr="00CC4B17" w:rsidSect="00872CF2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1796664">
    <w:abstractNumId w:val="8"/>
  </w:num>
  <w:num w:numId="2" w16cid:durableId="1619022686">
    <w:abstractNumId w:val="6"/>
  </w:num>
  <w:num w:numId="3" w16cid:durableId="1097099467">
    <w:abstractNumId w:val="5"/>
  </w:num>
  <w:num w:numId="4" w16cid:durableId="1019356215">
    <w:abstractNumId w:val="4"/>
  </w:num>
  <w:num w:numId="5" w16cid:durableId="339088399">
    <w:abstractNumId w:val="7"/>
  </w:num>
  <w:num w:numId="6" w16cid:durableId="1114325466">
    <w:abstractNumId w:val="3"/>
  </w:num>
  <w:num w:numId="7" w16cid:durableId="115219029">
    <w:abstractNumId w:val="2"/>
  </w:num>
  <w:num w:numId="8" w16cid:durableId="2129619659">
    <w:abstractNumId w:val="1"/>
  </w:num>
  <w:num w:numId="9" w16cid:durableId="35045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7D31"/>
    <w:rsid w:val="0015074B"/>
    <w:rsid w:val="0029639D"/>
    <w:rsid w:val="002D674A"/>
    <w:rsid w:val="00326F90"/>
    <w:rsid w:val="005F0EDF"/>
    <w:rsid w:val="006108C6"/>
    <w:rsid w:val="00782A44"/>
    <w:rsid w:val="00872CF2"/>
    <w:rsid w:val="00AA1D8D"/>
    <w:rsid w:val="00B47730"/>
    <w:rsid w:val="00C22751"/>
    <w:rsid w:val="00C2650B"/>
    <w:rsid w:val="00CB0664"/>
    <w:rsid w:val="00CB3976"/>
    <w:rsid w:val="00CC4B17"/>
    <w:rsid w:val="00F31D55"/>
    <w:rsid w:val="00FC693F"/>
    <w:rsid w:val="00FF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5CFFA3"/>
  <w14:defaultImageDpi w14:val="300"/>
  <w15:docId w15:val="{2F67D4C3-7A52-4F2A-AEBF-1B002A48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2808A450CDF41AAFCAD325B9AA4F0" ma:contentTypeVersion="12" ma:contentTypeDescription="Create a new document." ma:contentTypeScope="" ma:versionID="a02de2a79f700860ae3a6a6749da9e12">
  <xsd:schema xmlns:xsd="http://www.w3.org/2001/XMLSchema" xmlns:xs="http://www.w3.org/2001/XMLSchema" xmlns:p="http://schemas.microsoft.com/office/2006/metadata/properties" xmlns:ns2="7272b579-20ec-48f4-97a7-18e47102160f" xmlns:ns3="266a28f4-7677-4e76-99de-4b1371a00992" targetNamespace="http://schemas.microsoft.com/office/2006/metadata/properties" ma:root="true" ma:fieldsID="75c2eb948806d24543dc4fc74f5bc026" ns2:_="" ns3:_="">
    <xsd:import namespace="7272b579-20ec-48f4-97a7-18e47102160f"/>
    <xsd:import namespace="266a28f4-7677-4e76-99de-4b1371a009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2b579-20ec-48f4-97a7-18e4710216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32040e-691f-4eb1-b41a-85f54ea29d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a28f4-7677-4e76-99de-4b1371a0099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8beadd-cfe3-4a13-9383-1c884bc2a4ce}" ma:internalName="TaxCatchAll" ma:showField="CatchAllData" ma:web="266a28f4-7677-4e76-99de-4b1371a00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6a28f4-7677-4e76-99de-4b1371a00992" xsi:nil="true"/>
    <lcf76f155ced4ddcb4097134ff3c332f xmlns="7272b579-20ec-48f4-97a7-18e4710216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5895F8-9682-4FD3-BDE1-0771BBDE2249}"/>
</file>

<file path=customXml/itemProps3.xml><?xml version="1.0" encoding="utf-8"?>
<ds:datastoreItem xmlns:ds="http://schemas.openxmlformats.org/officeDocument/2006/customXml" ds:itemID="{7B551199-8B0C-4ACE-9E79-89E885A6557F}"/>
</file>

<file path=customXml/itemProps4.xml><?xml version="1.0" encoding="utf-8"?>
<ds:datastoreItem xmlns:ds="http://schemas.openxmlformats.org/officeDocument/2006/customXml" ds:itemID="{3524F00D-31DC-4DD3-8891-C470FAB4C4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318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Nikki Addis</cp:lastModifiedBy>
  <cp:revision>3</cp:revision>
  <dcterms:created xsi:type="dcterms:W3CDTF">2026-08-19T14:19:00Z</dcterms:created>
  <dcterms:modified xsi:type="dcterms:W3CDTF">2026-08-19T14:20:00Z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0x0101000F62808A450CDF41AAFCAD325B9AA4F0</vt:lpwstr>
  </property>
</Properties>
</file>